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b/>
          <w:color w:val="5A3FD0"/>
          <w:sz w:val="36"/>
          <w:rtl/>
          <w:bCs/>
          <w:szCs w:val="36"/>
        </w:rPr>
        <w:t>💬 קלפי שיח – רתימה ומוטיבציה</w:t>
      </w:r>
    </w:p>
    <w:p>
      <w:pPr>
        <w:bidi/>
        <w:jc w:val="right"/>
      </w:pPr>
      <w:r>
        <w:rPr>
          <w:b w:val="0"/>
          <w:sz w:val="20"/>
          <w:rtl/>
          <w:szCs w:val="20"/>
        </w:rPr>
        <w:t>גזרו לאורך הקווים. יצרה: רוית ראש בן ישי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💛 צוות · פותחים עם רגש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איזה מזג אוויר מתאר את מה שאני מרגיש/ה מול השינוי הזה?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💛 צוות · פותחים עם רגש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הדבר האחרון שלמדתי ושימח אותי?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💛 צוות · פותחים עם רגש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רגע אחד השבוע שבו הרגשתי שאני עושה שינוי אמיתי.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💛 צוות · פותחים עם רגש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מילה אחת שמתארת איך הגעתי היום – ולמה דווקא היא.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💛 צוות · פותחים עם רגש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שינוי שעברתי בעבר והתברר כטוב יותר ממה שחשבתי.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💛 צוות · פותחים עם רגש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ממלא אותי באנרגיה בעבודה? מה מרוקן?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💛 צוות · פותחים עם רגש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חפץ בתיק שלי שמספר משהו על הדרך שלי בהוראה.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💛 צוות · פותחים עם רגש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אם השינוי הזה היה צבע – איזה צבע הוא היה עבורי?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💛 צוות · פותחים עם רגש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על מה אני גאה בעבודה שלי השנה?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💛 צוות · פותחים עם רגש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הייתי רוצה שהאנשים בחדר יידעו עליי היום?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🔥 צוות · מסע אל האמיגדלה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הכי מפחיד אותי כשמבקשים ממני ללמד בדרך חדשה?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🔥 צוות · מסע אל האמיגדלה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מתי אני "נלחמת", מתי "בורח", ומתי "קופאת" מול שינוי?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🔥 צוות · מסע אל האמיגדלה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עוזר לי להירגע כשאני מרגיש/ה מאוים/ת מקצועית?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🔥 צוות · מסע אל האמיגדלה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איזה שינוי בעבר עורר בי התנגדות – ומה הפך אותו לאפשרי?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🔥 צוות · מסע אל האמיגדלה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אני צריכה לשמוע ממובילה כדי להרגיש בטוחה לנסות?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🔥 צוות · מסע אל האמיגדלה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ההבדל אצלי בין "אני לא רוצה" לבין "אני חושש"?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🔥 צוות · מסע אל האמיגדלה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המחיר של הטעות הגרועה ביותר שאני מדמיין/ת?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🔥 צוות · מסע אל האמיגדלה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היה עוזר לי להגיד "לא יודעת" בלי בושה מול הצוות?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🔥 צוות · מסע אל האמיגדלה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איך התלמידים שלנו מרגישים כשאנחנו מבקשים מהם משהו חדש?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🔥 צוות · מסע אל האמיגדלה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אני יכולה לעשות כדי להרגיע את האזעקה של עמית/ה?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🌳 צוות · חוסן ומסוגלות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באיזה ערוץ התמודדות (גוף, שכל, רגש, אמונות, חברה, דמיון) אני הכי משתמש/ת מול שינוי?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🌳 צוות · חוסן ומסוגלות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המשפט המרגיע שאני אומרת לעצמי לפני משהו חדש?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🌳 צוות · חוסן ומסוגלות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מי בצוות הוא "עוגן" עבורי – ואיך?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🌳 צוות · חוסן ומסוגלות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איזו מיומנות שלי עוד לא קיבלה מספיק במה?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🌳 צוות · חוסן ומסוגלות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עשיתי פעם למרות שפחדתי – ומה זה לימד אותי עליי?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🌳 צוות · חוסן ומסוגלות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איך אני יכול/ה לחזק עמית/ה שחושש/ת – במשפט אחד?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🌳 צוות · חוסן ומסוגלות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מחזיק אותי במקצוע הזה גם בימים קשים?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🌳 צוות · חוסן ומסוגלות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צעד קטן אחד שיגרום לי להרגיש מסוגל/ת כבר השבוע.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🌳 צוות · חוסן ומסוגלות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ההבדל בין עומס לבין אתגר – ואיך אני יודעת באיזה מהם אני?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🌳 צוות · חוסן ומסוגלות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הייתי אומרת לעצמי בשנה הראשונה בהוראה?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⚖️ צוות · הזדמנויות ואתגרים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השינוי הזה יכול לאפשר לתלמידים שלא היה להם קודם?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⚖️ צוות · הזדמנויות ואתגרים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עלול ללכת לאיבוד בדרך – ואיך נשמור עליו?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⚖️ צוות · הזדמנויות ואתגרים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איזה אתגר כאן הוא בעצם הזדמנות בתחפושת?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⚖️ צוות · הזדמנויות ואתגרים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מי בצוות כבר עושה משהו דומה – ואיך נלמד ממנו?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⚖️ צוות · הזדמנויות ואתגרים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היה קורה אם לא היינו משנים כלום?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⚖️ צוות · הזדמנויות ואתגרים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הדבר הקטן ביותר שאפשר לנסות בלי לסכן?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⚖️ צוות · הזדמנויות ואתגרים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צריך להפסיק לעשות כדי לפנות מקום לחדש?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⚖️ צוות · הזדמנויות ואתגרים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איך נדע בעוד חודש שהשינוי מצליח?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⚖️ צוות · הזדמנויות ואתגרים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מי ירוויח הכי הרבה מהשינוי? מי עלול להיפגע?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⚖️ צוות · הזדמנויות ואתגרים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איזה "לא" כדאי לשמוע לפני שאומרים "כן"?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🧭 צוות · המובילה שבי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התפקיד המרכזי שלי כמוביל/ה בבית הספר – במשפט אחד?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🧭 צוות · המובילה שבי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מתי רתמתי מישהו בהצלחה? מה עשיתי?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🧭 צוות · המובילה שבי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מתי "גייסתי" במקום לרתום – ומה קרה?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🧭 צוות · המובילה שבי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איך אני מגיבה כשמישהו אומר לי "לא" בגלוי?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🧭 צוות · המובילה שבי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אני עושה עם התנגדות שקטה?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🧭 צוות · המובילה שבי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איזה ערך של הצוות שלנו אני יכול/ה לחבר לשינוי?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🧭 צוות · המובילה שבי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אני לומד/ת מהאנשים שהכי קשה לי איתם?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🧭 צוות · המובילה שבי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איך אני שומרת על האנרגיה שלי כמובילה?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🧭 צוות · המובילה שבי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"סוד הקסם" שלי ביצירת קשר עם עמיתים?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🧭 צוות · המובילה שבי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הייתי רוצה שיגידו עליי כמובילה בסוף השנה?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🪞 צוות · רפלקציה וסיכום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מיומנות אחת שרכשתי היום.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🪞 צוות · רפלקציה וסיכום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משהו שהפתיע אותי במפגש.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🪞 צוות · רפלקציה וסיכום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מילה אחת לסיכום – ולמה.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🪞 צוות · רפלקציה וסיכום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שאלה שאני לוקח/ת איתי הביתה.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🪞 צוות · רפלקציה וסיכום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אנסה כבר מחר בבוקר?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🪞 צוות · רפלקציה וסיכום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למי אני רוצה להגיד תודה על משהו מהיום?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🪞 צוות · רפלקציה וסיכום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שינה את דעתי – אפילו קצת?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🪞 צוות · רפלקציה וסיכום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הייתי מוסיף/ה למפגש הבא?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יסודי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אני הכי אוהב/ת ללמוד – ולמה?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יסודי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ספרו על משהו קשה שהצלחתם לעשות.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יסודי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עוזר לכם להמשיך כשמשהו קשה?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יסודי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מי עוזר לכם להתאמץ?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יסודי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אם הייתם יכולים ללמוד כל דבר בעולם – מה הייתם בוחרים?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יסודי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מתי הרגשתם גאווה בעצמכם?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יסודי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גורם לכם לרצות לבוא לבית הספר בבוקר?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יסודי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איזה משפט עוזר לכם כשאתם מתייאשים?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יסודי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הייתם רוצים להצליח לעשות עד סוף השנה?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יסודי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איך אפשר לעודד חבר או חברה שמתייאשים?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חט״ב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הדבר האחרון שלמדתם רק כי היה לכם מעניין – בלי שאף אחד ביקש?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חט״ב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מתי מוטיבציה של ציון עזרה לכם, ומתי היא הפריעה?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חט״ב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מוריד לכם את המוטיבציה הכי מהר?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חט״ב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איך מרגיש "לעשות משהו כי חייבים" לעומת "כי בא לי"?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חט״ב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מי בחיים שלכם יודע/ת להדליק אצלכם ניצוץ? איך?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חט״ב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איזה מקצוע הייתם רוצים ללמוד בדרך אחרת – ואיך?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חט״ב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ההבדל בין "אני לא יכול/ה" לבין "אני עוד לא יכול/ה"?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חט״ב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האם לחץ חברתי יכול להיות מוטיבציה טובה? מתי?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חט״ב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עוזר לכם לחזור לעניינים אחרי כישלון?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חט״ב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אם הייתם מורים ליום אחד – איך הייתם מעוררים מוטיבציה בכיתה?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חט״ע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ההבדל בין משמעת עצמית למוטיבציה? מה מחזיק יותר?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חט״ע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ספרו על החלטה שקיבלתם מתוך ערך, ולא מתוך פחד או לחץ.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חט״ע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האם ציונים מעודדים למידה או רק עבודה למבחן? נמקו.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חט״ע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מתי מוטיבציה חיצונית הפכה אצלכם לפנימית?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חט״ע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עושים כשהמטרה רחוקה (בגרות, צבא, לימודים) והיום קשה?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חט״ע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איך שחיקה נראית אצל בני נוער – ומה מונע אותה?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חט״ע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האם אפשר "לייצר" מוטיבציה, או רק לגלות אותה?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חט״ע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מה התפקיד של כישלון בבניית מסוגלות?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חט״ע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איך משפיעה ההשוואה לאחרים (גם ברשתות) על המוטיבציה שלכם?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חט״ע</w:t>
            </w:r>
          </w:p>
          <w:p>
            <w:pPr>
              <w:bidi/>
              <w:jc w:val="right"/>
            </w:pPr>
            <w:r>
              <w:rPr>
                <w:b/>
                <w:sz w:val="24"/>
                <w:rtl/>
                <w:bCs/>
                <w:szCs w:val="24"/>
              </w:rPr>
              <w:t>איזה שינוי בבית הספר הייתם רוצים להוביל – ואיך הייתם רותמים אחרים?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🟢 עולים</w:t>
            </w:r>
          </w:p>
          <w:p>
            <w:pPr>
              <w:bidi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🎨 מָה אֲנִי אוֹהֵב/ת לַעֲשׂוֹת?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🟢 עולים</w:t>
            </w:r>
          </w:p>
          <w:p>
            <w:pPr>
              <w:bidi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🗣️ מָה קָשֶׁה לִי בְּעִבְרִית?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🟢 עולים</w:t>
            </w:r>
          </w:p>
          <w:p>
            <w:pPr>
              <w:bidi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🤝 מִי עוֹזֵר לִי?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🟢 עולים</w:t>
            </w:r>
          </w:p>
          <w:p>
            <w:pPr>
              <w:bidi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📚 מָה אֲנִי רוֹצֶה לִלְמֹד?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🟢 עולים</w:t>
            </w:r>
          </w:p>
          <w:p>
            <w:pPr>
              <w:bidi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😊 מָתַי אֲנִי שָׂמֵחַ/שְׂמֵחָה בַּכִּתָּה?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🟢 עולים</w:t>
            </w:r>
          </w:p>
          <w:p>
            <w:pPr>
              <w:bidi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⭐ מָה הִצְלַחְתִּי לַעֲשׂוֹת הַשָּׁבוּעַ?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🟢 עולים</w:t>
            </w:r>
          </w:p>
          <w:p>
            <w:pPr>
              <w:bidi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💭 מָה הַחֲלוֹם שֶׁלִּי?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sz w:val="16"/>
                <w:rtl/>
                <w:szCs w:val="16"/>
              </w:rPr>
              <w:t>🧑‍🎓 כיתה · 🟢 עולים</w:t>
            </w:r>
          </w:p>
          <w:p>
            <w:pPr>
              <w:bidi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💪 מָה עוֹזֵר לִי כְּשֶׁקָּשֶׁה?</w:t>
            </w:r>
          </w:p>
          <w:p>
            <w:pPr>
              <w:bidi/>
              <w:jc w:val="right"/>
            </w:pPr>
            <w:r>
              <w:rPr>
                <w:b w:val="0"/>
                <w:rtl/>
              </w:rPr>
            </w:r>
          </w:p>
        </w:tc>
      </w:tr>
    </w:tbl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