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b/>
          <w:color w:val="5A3FD0"/>
          <w:sz w:val="36"/>
          <w:rtl/>
          <w:bCs/>
          <w:szCs w:val="36"/>
        </w:rPr>
        <w:t>🗓️ דף תכנון למוביל/ה: מפגש בחמש אצבעות</w:t>
      </w:r>
    </w:p>
    <w:p>
      <w:pPr>
        <w:bidi/>
        <w:jc w:val="right"/>
      </w:pPr>
      <w:r>
        <w:rPr>
          <w:b w:val="0"/>
          <w:rtl/>
        </w:rPr>
        <w:t>נושא המפגש: ____________________  תאריך: ________  משך: 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לפני המפגש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מי הקהל שלי?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אילו חסמים צפויים?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מענה מוכן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tl/>
              </w:rPr>
              <w:br/>
              <w:br/>
              <w:br/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tl/>
              </w:rPr>
              <w:br/>
              <w:br/>
              <w:br/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tl/>
              </w:rPr>
              <w:br/>
              <w:br/>
              <w:br/>
            </w:r>
          </w:p>
        </w:tc>
      </w:tr>
    </w:tbl>
    <w:p>
      <w:pPr>
        <w:bidi/>
        <w:jc w:val="right"/>
      </w:pPr>
      <w:r>
        <w:rPr>
          <w:b w:val="0"/>
          <w:rtl/>
        </w:rPr>
        <w:t>סוג ההתנגדות שאני צופה: ☐ ישירה ☐ עקיפה ☐ קוגניטיבית ☐ רגשית</w:t>
      </w:r>
    </w:p>
    <w:p>
      <w:pPr>
        <w:bidi/>
        <w:jc w:val="right"/>
      </w:pPr>
      <w:r>
        <w:rPr>
          <w:b w:val="0"/>
          <w:rtl/>
        </w:rPr>
        <w:t>"מה יוצא להם מזה?" 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מהלך המפגש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אצבע</w:t>
            </w:r>
          </w:p>
        </w:tc>
        <w:tc>
          <w:tcPr>
            <w:tcW w:type="dxa" w:w="6520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מה אעשה?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זמן</w:t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szCs w:val="20"/>
              </w:rPr>
              <w:t>☕ פתיחה מקרבת</w:t>
              <w:br/>
              <w:t>לייצר קשר, ביטחון וסקרנות. להוריד את מפלס האזעקה.</w:t>
            </w:r>
          </w:p>
        </w:tc>
        <w:tc>
          <w:tcPr>
            <w:tcW w:type="dxa" w:w="6520"/>
          </w:tcPr>
          <w:p>
            <w:pPr>
              <w:bidi/>
              <w:jc w:val="right"/>
            </w:pPr>
            <w:r>
              <w:rPr>
                <w:b w:val="0"/>
                <w:rtl/>
              </w:rPr>
              <w:br/>
              <w:br/>
            </w:r>
          </w:p>
        </w:tc>
        <w:tc>
          <w:tcPr>
            <w:tcW w:type="dxa" w:w="1134"/>
          </w:tcPr>
          <w:p/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szCs w:val="20"/>
              </w:rPr>
              <w:t>📖 לימוד</w:t>
              <w:br/>
              <w:t>להכיר תוכן חדש – בקצרה, בבהירות, עם דוגמה מהשטח.</w:t>
            </w:r>
          </w:p>
        </w:tc>
        <w:tc>
          <w:tcPr>
            <w:tcW w:type="dxa" w:w="6520"/>
          </w:tcPr>
          <w:p>
            <w:pPr>
              <w:bidi/>
              <w:jc w:val="right"/>
            </w:pPr>
            <w:r>
              <w:rPr>
                <w:b w:val="0"/>
                <w:rtl/>
              </w:rPr>
              <w:br/>
              <w:br/>
            </w:r>
          </w:p>
        </w:tc>
        <w:tc>
          <w:tcPr>
            <w:tcW w:type="dxa" w:w="1134"/>
          </w:tcPr>
          <w:p/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szCs w:val="20"/>
              </w:rPr>
              <w:t>💡 המשגה</w:t>
              <w:br/>
              <w:t>לתת שם למה שחווינו: מושגים, מודל, עיקרון.</w:t>
            </w:r>
          </w:p>
        </w:tc>
        <w:tc>
          <w:tcPr>
            <w:tcW w:type="dxa" w:w="6520"/>
          </w:tcPr>
          <w:p>
            <w:pPr>
              <w:bidi/>
              <w:jc w:val="right"/>
            </w:pPr>
            <w:r>
              <w:rPr>
                <w:b w:val="0"/>
                <w:rtl/>
              </w:rPr>
              <w:br/>
              <w:br/>
            </w:r>
          </w:p>
        </w:tc>
        <w:tc>
          <w:tcPr>
            <w:tcW w:type="dxa" w:w="1134"/>
          </w:tcPr>
          <w:p/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szCs w:val="20"/>
              </w:rPr>
              <w:t>🛠️ מעשה</w:t>
              <w:br/>
              <w:t>להפוך את הרעיון לצעד מעשי ראשון.</w:t>
            </w:r>
          </w:p>
        </w:tc>
        <w:tc>
          <w:tcPr>
            <w:tcW w:type="dxa" w:w="6520"/>
          </w:tcPr>
          <w:p>
            <w:pPr>
              <w:bidi/>
              <w:jc w:val="right"/>
            </w:pPr>
            <w:r>
              <w:rPr>
                <w:b w:val="0"/>
                <w:rtl/>
              </w:rPr>
              <w:br/>
              <w:br/>
            </w:r>
          </w:p>
        </w:tc>
        <w:tc>
          <w:tcPr>
            <w:tcW w:type="dxa" w:w="1134"/>
          </w:tcPr>
          <w:p/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szCs w:val="20"/>
              </w:rPr>
              <w:t>🪞 רפלקציה</w:t>
              <w:br/>
              <w:t>לעצור, להתבונן ולסכם: מה למדנו, מה ניקח איתנו.</w:t>
            </w:r>
          </w:p>
        </w:tc>
        <w:tc>
          <w:tcPr>
            <w:tcW w:type="dxa" w:w="6520"/>
          </w:tcPr>
          <w:p>
            <w:pPr>
              <w:bidi/>
              <w:jc w:val="right"/>
            </w:pPr>
            <w:r>
              <w:rPr>
                <w:b w:val="0"/>
                <w:rtl/>
              </w:rPr>
              <w:br/>
              <w:br/>
            </w:r>
          </w:p>
        </w:tc>
        <w:tc>
          <w:tcPr>
            <w:tcW w:type="dxa" w:w="1134"/>
          </w:tcPr>
          <w:p/>
        </w:tc>
      </w:tr>
    </w:tbl>
    <w:p>
      <w:pPr>
        <w:bidi/>
        <w:jc w:val="right"/>
      </w:pPr>
      <w:r>
        <w:rPr>
          <w:b w:val="0"/>
          <w:sz w:val="22"/>
          <w:rtl/>
          <w:szCs w:val="22"/>
        </w:rPr>
        <w:t>פרוטוקול שיח: ☐ מעגל שיח ☐ אקווריום ☐ 1-2-4-כולם ☐ שיח כתוב שקט ☐ סיור גלריה ☐ מה? אז מה? ועכשיו מה?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🌳 חוסן בדרך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מודל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איך אשתמש בו?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szCs w:val="20"/>
              </w:rPr>
              <w:t>עש״ן ד״ק</w:t>
              <w:br/>
              <w:t>עצור · שרירים · נשימה · דיבור עצמי מרגיע · קדימה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b w:val="0"/>
                <w:rtl/>
              </w:rPr>
              <w:br/>
              <w:br/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szCs w:val="20"/>
              </w:rPr>
              <w:t>מעש״ה</w:t>
              <w:br/>
              <w:t>מחויבות · עידוד לפעילות יעילה · שאילת שאלות מעוררות חשיבה · הבניית רצף האירועים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b w:val="0"/>
                <w:rtl/>
              </w:rPr>
              <w:br/>
              <w:br/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b w:val="0"/>
                <w:sz w:val="20"/>
                <w:rtl/>
                <w:szCs w:val="20"/>
              </w:rPr>
              <w:t>גש״ר מאח״ד</w:t>
              <w:br/>
              <w:t>גוף · שכל · רגש · מערכת אמונות · חברה · דמיון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b w:val="0"/>
                <w:rtl/>
              </w:rPr>
              <w:br/>
              <w:br/>
            </w:r>
          </w:p>
        </w:tc>
      </w:tr>
    </w:tbl>
    <w:p>
      <w:pPr>
        <w:bidi/>
        <w:jc w:val="right"/>
      </w:pPr>
      <w:r>
        <w:rPr>
          <w:b/>
          <w:sz w:val="28"/>
          <w:rtl/>
          <w:bCs/>
          <w:szCs w:val="28"/>
        </w:rPr>
        <w:t>🪞 אחרי המפגש – רפלקציה</w:t>
      </w:r>
    </w:p>
    <w:p>
      <w:pPr>
        <w:bidi/>
        <w:jc w:val="right"/>
      </w:pPr>
      <w:r>
        <w:rPr>
          <w:b/>
          <w:rtl/>
          <w:bCs/>
        </w:rPr>
        <w:t>מה עבד טוב?</w:t>
      </w:r>
    </w:p>
    <w:p>
      <w:pPr>
        <w:bidi/>
        <w:jc w:val="right"/>
      </w:pPr>
      <w:r>
        <w:rPr>
          <w:b w:val="0"/>
          <w:rtl/>
        </w:rPr>
        <w:t>_______________________________________________</w:t>
      </w:r>
    </w:p>
    <w:p>
      <w:pPr>
        <w:bidi/>
        <w:jc w:val="right"/>
      </w:pPr>
      <w:r>
        <w:rPr>
          <w:b/>
          <w:rtl/>
          <w:bCs/>
        </w:rPr>
        <w:t>איזו התנגדות פגשתי, ואיך הגבתי?</w:t>
      </w:r>
    </w:p>
    <w:p>
      <w:pPr>
        <w:bidi/>
        <w:jc w:val="right"/>
      </w:pPr>
      <w:r>
        <w:rPr>
          <w:b w:val="0"/>
          <w:rtl/>
        </w:rPr>
        <w:t>_______________________________________________</w:t>
      </w:r>
    </w:p>
    <w:p>
      <w:pPr>
        <w:bidi/>
        <w:jc w:val="right"/>
      </w:pPr>
      <w:r>
        <w:rPr>
          <w:b/>
          <w:rtl/>
          <w:bCs/>
        </w:rPr>
        <w:t>מה אעשה אחרת בפעם הבאה?</w:t>
      </w:r>
    </w:p>
    <w:p>
      <w:pPr>
        <w:bidi/>
        <w:jc w:val="right"/>
      </w:pPr>
      <w:r>
        <w:rPr>
          <w:b w:val="0"/>
          <w:rtl/>
        </w:rPr>
        <w:t>_______________________________________________</w:t>
      </w:r>
    </w:p>
    <w:p>
      <w:pPr>
        <w:bidi/>
        <w:jc w:val="right"/>
      </w:pPr>
      <w:r>
        <w:rPr>
          <w:b/>
          <w:rtl/>
          <w:bCs/>
        </w:rPr>
        <w:t>מיומנות שרכשתי / משהו שלמדתי:</w:t>
      </w:r>
    </w:p>
    <w:p>
      <w:pPr>
        <w:bidi/>
        <w:jc w:val="right"/>
      </w:pPr>
      <w:r>
        <w:rPr>
          <w:b w:val="0"/>
          <w:rtl/>
        </w:rPr>
        <w:t>_______________________________________________</w:t>
      </w:r>
    </w:p>
    <w:p>
      <w:pPr>
        <w:bidi/>
        <w:jc w:val="right"/>
      </w:pPr>
      <w:r>
        <w:rPr>
          <w:b/>
          <w:rtl/>
          <w:bCs/>
        </w:rPr>
        <w:t>מילה לסיכום:</w:t>
      </w:r>
    </w:p>
    <w:p>
      <w:pPr>
        <w:bidi/>
        <w:jc w:val="right"/>
      </w:pPr>
      <w:r>
        <w:rPr>
          <w:b w:val="0"/>
          <w:rtl/>
        </w:rPr>
        <w:t>_______________________________________________</w:t>
      </w:r>
    </w:p>
    <w:p>
      <w:pPr>
        <w:bidi/>
        <w:jc w:val="right"/>
      </w:pPr>
      <w:r>
        <w:rPr>
          <w:b w:val="0"/>
          <w:sz w:val="18"/>
          <w:rtl/>
          <w:szCs w:val="18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