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b/>
          <w:color w:val="5A3FD0"/>
          <w:sz w:val="36"/>
          <w:rtl/>
          <w:bCs/>
          <w:szCs w:val="36"/>
        </w:rPr>
        <w:t>🧭 מה מניע אותי? – דף עבודה</w:t>
      </w:r>
    </w:p>
    <w:p>
      <w:pPr>
        <w:bidi/>
        <w:jc w:val="right"/>
      </w:pPr>
      <w:r>
        <w:rPr>
          <w:b w:val="0"/>
          <w:rtl/>
        </w:rPr>
        <w:t>שם: ____________   כיתה: ______   תאריך: 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1. סמנו ✔ בטור המתאים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לא כמוני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קצת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מאוד כמוני</w:t>
            </w:r>
          </w:p>
        </w:tc>
      </w:tr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🔍 אני אוהב/ת להבין איך דברים עובדים.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🔍 לפעמים אני ממשיך/ה לחקור נושא גם אחרי השיעור.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🧗 משימה קשה מושכת אותי יותר ממשימה קלה.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🧗 חשוב לי לראות שאני משתפר/ת.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🌟 אני מתאמץ/ת יותר כשאני מבין/ה למה זה חשוב.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🌟 אני רוצה שמה שאני לומד/ת יעזור לי בעתיד.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🤝 אני נהנה/ית ללמוד בקבוצה.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🤝 חשוב לי שהחברים יהיו איתי במשימה.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🏅 מחמאה מהמורה נותנת לי דחיפה.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🏅 אני אוהב/ת שרואים את המאמץ שלי.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🎁 ציון טוב הוא הסיבה העיקרית שאני לומד/ת.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🎁 פרס או הטבה גורמים לי להתחיל משימה.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</w:tbl>
    <w:p>
      <w:pPr>
        <w:bidi/>
        <w:jc w:val="right"/>
      </w:pPr>
      <w:r>
        <w:rPr>
          <w:b w:val="0"/>
          <w:rtl/>
        </w:rPr>
        <w:t>שלושת המניעים החזקים שלי: ______________________________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2. מבפנים או מבחוץ? כתבו פ (פנימית) או ח (חיצונית)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8504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לומדת לנגן בגיטרה כי זה מרגש אותה.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8504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עושה את העבודה רק כדי לא לקבל הערה.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8504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כותב סיפורים בזמנו הפנוי כי הוא אוהב לכתוב.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8504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מתנדבת רק כי זה ייראה טוב בתעודה.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8504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חוקרים נושא במדע כי הם סקרנים.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8504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מעלה סרטון רק בשביל הלייקים.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8504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מתאמן כי הוא רוצה להשתפר ולהרגיש חזק.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8504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מכינה שיעורי בית כי ההורים הבטיחו כסף.</w:t>
            </w:r>
          </w:p>
        </w:tc>
        <w:tc>
          <w:tcPr>
            <w:tcW w:type="dxa" w:w="1701"/>
          </w:tcPr>
          <w:p/>
        </w:tc>
      </w:tr>
    </w:tbl>
    <w:p>
      <w:pPr>
        <w:bidi/>
        <w:jc w:val="right"/>
      </w:pPr>
      <w:r>
        <w:rPr>
          <w:b w:val="0"/>
          <w:rtl/>
        </w:rPr>
        <w:t>מתי מוטיבציה מבחוץ יכולה להפוך למוטיבציה מבפנים? __________________________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3. 🎯 כרטיס המטרה שלי</w:t>
      </w:r>
    </w:p>
    <w:p>
      <w:pPr>
        <w:bidi/>
        <w:jc w:val="right"/>
      </w:pPr>
      <w:r>
        <w:rPr>
          <w:b/>
          <w:rtl/>
          <w:bCs/>
        </w:rPr>
        <w:t>המטרה שלי</w:t>
      </w:r>
    </w:p>
    <w:p>
      <w:pPr>
        <w:bidi/>
        <w:jc w:val="right"/>
      </w:pPr>
      <w:r>
        <w:rPr>
          <w:b w:val="0"/>
          <w:rtl/>
        </w:rPr>
        <w:t>_______________________________________________</w:t>
      </w:r>
    </w:p>
    <w:p>
      <w:pPr>
        <w:bidi/>
        <w:jc w:val="right"/>
      </w:pPr>
      <w:r>
        <w:rPr>
          <w:b/>
          <w:rtl/>
          <w:bCs/>
        </w:rPr>
        <w:t>למה היא חשובה לי?</w:t>
      </w:r>
    </w:p>
    <w:p>
      <w:pPr>
        <w:bidi/>
        <w:jc w:val="right"/>
      </w:pPr>
      <w:r>
        <w:rPr>
          <w:b w:val="0"/>
          <w:rtl/>
        </w:rPr>
        <w:t>_______________________________________________</w:t>
      </w:r>
    </w:p>
    <w:p>
      <w:pPr>
        <w:bidi/>
        <w:jc w:val="right"/>
      </w:pPr>
      <w:r>
        <w:rPr>
          <w:b/>
          <w:rtl/>
          <w:bCs/>
        </w:rPr>
        <w:t>הצעד הראשון שלי (ועד מתי)</w:t>
      </w:r>
    </w:p>
    <w:p>
      <w:pPr>
        <w:bidi/>
        <w:jc w:val="right"/>
      </w:pPr>
      <w:r>
        <w:rPr>
          <w:b w:val="0"/>
          <w:rtl/>
        </w:rPr>
        <w:t>_______________________________________________</w:t>
      </w:r>
    </w:p>
    <w:p>
      <w:pPr>
        <w:bidi/>
        <w:jc w:val="right"/>
      </w:pPr>
      <w:r>
        <w:rPr>
          <w:b/>
          <w:rtl/>
          <w:bCs/>
        </w:rPr>
        <w:t>מי או מה יעזור לי?</w:t>
      </w:r>
    </w:p>
    <w:p>
      <w:pPr>
        <w:bidi/>
        <w:jc w:val="right"/>
      </w:pPr>
      <w:r>
        <w:rPr>
          <w:b w:val="0"/>
          <w:rtl/>
        </w:rPr>
        <w:t>_______________________________________________</w:t>
      </w:r>
    </w:p>
    <w:p>
      <w:pPr>
        <w:bidi/>
        <w:jc w:val="right"/>
      </w:pPr>
      <w:r>
        <w:rPr>
          <w:b/>
          <w:rtl/>
          <w:bCs/>
        </w:rPr>
        <w:t>מה אגיד לעצמי כשיהיה קשה? (עש״ן ד״ק)</w:t>
      </w:r>
    </w:p>
    <w:p>
      <w:pPr>
        <w:bidi/>
        <w:jc w:val="right"/>
      </w:pPr>
      <w:r>
        <w:rPr>
          <w:b w:val="0"/>
          <w:rtl/>
        </w:rPr>
        <w:t>_______________________________________________</w:t>
      </w:r>
    </w:p>
    <w:p>
      <w:pPr>
        <w:bidi/>
        <w:jc w:val="right"/>
      </w:pPr>
      <w:r>
        <w:rPr>
          <w:b/>
          <w:rtl/>
          <w:bCs/>
        </w:rPr>
        <w:t>איך אדע שהתקדמתי?</w:t>
      </w:r>
    </w:p>
    <w:p>
      <w:pPr>
        <w:bidi/>
        <w:jc w:val="right"/>
      </w:pPr>
      <w:r>
        <w:rPr>
          <w:b w:val="0"/>
          <w:rtl/>
        </w:rPr>
        <w:t>_______________________________________________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🌳 עש״ן ד״ק – כשיהיה קשה: עצור · שרירים · נשימה · דיבור עצמי מרגיע · קדימה</w:t>
      </w:r>
    </w:p>
    <w:p>
      <w:pPr>
        <w:bidi/>
        <w:jc w:val="right"/>
      </w:pPr>
      <w:r>
        <w:rPr>
          <w:b/>
          <w:sz w:val="28"/>
          <w:rtl/>
          <w:bCs/>
          <w:szCs w:val="28"/>
        </w:rPr>
        <w:t>4. רפלקציה: משהו שגיליתי על עצמי היום</w:t>
      </w:r>
    </w:p>
    <w:p>
      <w:pPr>
        <w:bidi/>
        <w:jc w:val="right"/>
      </w:pPr>
      <w:r>
        <w:rPr>
          <w:b w:val="0"/>
          <w:rtl/>
        </w:rPr>
        <w:t>_______________________________________________</w:t>
      </w:r>
    </w:p>
    <w:p>
      <w:r>
        <w:br w:type="page"/>
      </w:r>
    </w:p>
    <w:p>
      <w:pPr>
        <w:bidi/>
        <w:jc w:val="right"/>
      </w:pPr>
      <w:r>
        <w:rPr>
          <w:b/>
          <w:color w:val="5A3FD0"/>
          <w:sz w:val="32"/>
          <w:rtl/>
          <w:bCs/>
          <w:szCs w:val="32"/>
        </w:rPr>
        <w:t>🟢 גִּרְסָה בְּעִבְרִית קַלָּה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מִשְׁפָּט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לֹא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קְצָת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מְאוֹד</w:t>
            </w:r>
          </w:p>
        </w:tc>
      </w:tr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 w:val="0"/>
                <w:sz w:val="26"/>
                <w:rtl/>
                <w:szCs w:val="26"/>
              </w:rPr>
              <w:t>🔍 אֲנִי אוֹהֵב/ת לִשְׁאֹל שְׁאֵלוֹת.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 w:val="0"/>
                <w:sz w:val="26"/>
                <w:rtl/>
                <w:szCs w:val="26"/>
              </w:rPr>
              <w:t>🧗 אֲנִי אוֹהֵב/ת דָּבָר קָשֶׁה – וְאָז לְהַצְלִיחַ.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 w:val="0"/>
                <w:sz w:val="26"/>
                <w:rtl/>
                <w:szCs w:val="26"/>
              </w:rPr>
              <w:t>🌟 אֲנִי לוֹמֵד/ת כִּי זֶה חָשׁוּב לִי.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 w:val="0"/>
                <w:sz w:val="26"/>
                <w:rtl/>
                <w:szCs w:val="26"/>
              </w:rPr>
              <w:t>🤝 אֲנִי לוֹמֵד/ת טוֹב עִם חֲבֵרִים.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 w:val="0"/>
                <w:sz w:val="26"/>
                <w:rtl/>
                <w:szCs w:val="26"/>
              </w:rPr>
              <w:t>🏅 אֲנִי שָׂמֵחַ/שְׂמֵחָה כְּשֶׁאוֹמְרִים לִי "כָּל הַכָּבוֹד".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953"/>
          </w:tcPr>
          <w:p>
            <w:pPr>
              <w:bidi/>
              <w:jc w:val="right"/>
            </w:pPr>
            <w:r>
              <w:rPr>
                <w:b w:val="0"/>
                <w:sz w:val="26"/>
                <w:rtl/>
                <w:szCs w:val="26"/>
              </w:rPr>
              <w:t>🎁 אֲנִי לוֹמֵד/ת כְּדֵי לְקַבֵּל צִיּוּן טוֹב.</w:t>
            </w:r>
          </w:p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</w:tbl>
    <w:p>
      <w:pPr>
        <w:bidi/>
        <w:jc w:val="right"/>
      </w:pPr>
      <w:r>
        <w:rPr>
          <w:b/>
          <w:sz w:val="28"/>
          <w:rtl/>
          <w:bCs/>
          <w:szCs w:val="28"/>
        </w:rPr>
        <w:t>❤️ מִבִּפְנִים אוֹ 🎁 מִבַּחוּץ?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8504"/>
          </w:tcPr>
          <w:p>
            <w:pPr>
              <w:bidi/>
              <w:jc w:val="right"/>
            </w:pPr>
            <w:r>
              <w:rPr>
                <w:b w:val="0"/>
                <w:sz w:val="26"/>
                <w:rtl/>
                <w:szCs w:val="26"/>
              </w:rPr>
              <w:t>📖 אֲנִי קוֹרֵא/ת כִּי זֶה מְעַנְיֵן.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8504"/>
          </w:tcPr>
          <w:p>
            <w:pPr>
              <w:bidi/>
              <w:jc w:val="right"/>
            </w:pPr>
            <w:r>
              <w:rPr>
                <w:b w:val="0"/>
                <w:sz w:val="26"/>
                <w:rtl/>
                <w:szCs w:val="26"/>
              </w:rPr>
              <w:t>🍬 אֲנִי מְסַדֵּר/ת אֶת הַחֶדֶר כְּדֵי לְקַבֵּל מַמְתָּק.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8504"/>
          </w:tcPr>
          <w:p>
            <w:pPr>
              <w:bidi/>
              <w:jc w:val="right"/>
            </w:pPr>
            <w:r>
              <w:rPr>
                <w:b w:val="0"/>
                <w:sz w:val="26"/>
                <w:rtl/>
                <w:szCs w:val="26"/>
              </w:rPr>
              <w:t>🎨 אֲנִי מְצַיֵּר/ת כִּי זֶה כֵּיף לִי.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8504"/>
          </w:tcPr>
          <w:p>
            <w:pPr>
              <w:bidi/>
              <w:jc w:val="right"/>
            </w:pPr>
            <w:r>
              <w:rPr>
                <w:b w:val="0"/>
                <w:sz w:val="26"/>
                <w:rtl/>
                <w:szCs w:val="26"/>
              </w:rPr>
              <w:t>💯 אֲנִי לוֹמֵד/ת רַק בִּשְׁבִיל הַצִּיּוּן.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8504"/>
          </w:tcPr>
          <w:p>
            <w:pPr>
              <w:bidi/>
              <w:jc w:val="right"/>
            </w:pPr>
            <w:r>
              <w:rPr>
                <w:b w:val="0"/>
                <w:sz w:val="26"/>
                <w:rtl/>
                <w:szCs w:val="26"/>
              </w:rPr>
              <w:t>❓ אֲנִי שׁוֹאֵל/ת כִּי אֲנִי רוֹצֶה לָדַעַת.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8504"/>
          </w:tcPr>
          <w:p>
            <w:pPr>
              <w:bidi/>
              <w:jc w:val="right"/>
            </w:pPr>
            <w:r>
              <w:rPr>
                <w:b w:val="0"/>
                <w:sz w:val="26"/>
                <w:rtl/>
                <w:szCs w:val="26"/>
              </w:rPr>
              <w:t>🎁 אֲנִי לוֹמֵד/ת כְּדֵי לְקַבֵּל מַתָּנָה.</w:t>
            </w:r>
          </w:p>
        </w:tc>
        <w:tc>
          <w:tcPr>
            <w:tcW w:type="dxa" w:w="1701"/>
          </w:tcPr>
          <w:p/>
        </w:tc>
      </w:tr>
    </w:tbl>
    <w:p>
      <w:pPr>
        <w:bidi/>
        <w:jc w:val="right"/>
      </w:pPr>
      <w:r>
        <w:rPr>
          <w:b/>
          <w:sz w:val="28"/>
          <w:rtl/>
          <w:bCs/>
          <w:szCs w:val="28"/>
        </w:rPr>
        <w:t>🎯 הַמַּטָּרָה שֶׁלִּי</w:t>
      </w:r>
    </w:p>
    <w:p>
      <w:pPr>
        <w:bidi/>
        <w:jc w:val="right"/>
      </w:pPr>
      <w:r>
        <w:rPr>
          <w:b/>
          <w:sz w:val="26"/>
          <w:rtl/>
          <w:bCs/>
          <w:szCs w:val="26"/>
        </w:rPr>
        <w:t>🎯 הַמַּטָּרָה שֶׁלִּי</w:t>
      </w:r>
    </w:p>
    <w:p>
      <w:pPr>
        <w:bidi/>
        <w:jc w:val="right"/>
      </w:pPr>
      <w:r>
        <w:rPr>
          <w:b w:val="0"/>
          <w:rtl/>
        </w:rPr>
        <w:t>_______________________________________</w:t>
      </w:r>
    </w:p>
    <w:p>
      <w:pPr>
        <w:bidi/>
        <w:jc w:val="right"/>
      </w:pPr>
      <w:r>
        <w:rPr>
          <w:b/>
          <w:sz w:val="26"/>
          <w:rtl/>
          <w:bCs/>
          <w:szCs w:val="26"/>
        </w:rPr>
        <w:t>❤️ לָמָּה זֶה חָשׁוּב לִי?</w:t>
      </w:r>
    </w:p>
    <w:p>
      <w:pPr>
        <w:bidi/>
        <w:jc w:val="right"/>
      </w:pPr>
      <w:r>
        <w:rPr>
          <w:b w:val="0"/>
          <w:rtl/>
        </w:rPr>
        <w:t>_______________________________________</w:t>
      </w:r>
    </w:p>
    <w:p>
      <w:pPr>
        <w:bidi/>
        <w:jc w:val="right"/>
      </w:pPr>
      <w:r>
        <w:rPr>
          <w:b/>
          <w:sz w:val="26"/>
          <w:rtl/>
          <w:bCs/>
          <w:szCs w:val="26"/>
        </w:rPr>
        <w:t>👣 הַצַּעַד הָרִאשׁוֹן</w:t>
      </w:r>
    </w:p>
    <w:p>
      <w:pPr>
        <w:bidi/>
        <w:jc w:val="right"/>
      </w:pPr>
      <w:r>
        <w:rPr>
          <w:b w:val="0"/>
          <w:rtl/>
        </w:rPr>
        <w:t>_______________________________________</w:t>
      </w:r>
    </w:p>
    <w:p>
      <w:pPr>
        <w:bidi/>
        <w:jc w:val="right"/>
      </w:pPr>
      <w:r>
        <w:rPr>
          <w:b/>
          <w:sz w:val="26"/>
          <w:rtl/>
          <w:bCs/>
          <w:szCs w:val="26"/>
        </w:rPr>
        <w:t>🤝 מִי יַעֲזֹר לִי?</w:t>
      </w:r>
    </w:p>
    <w:p>
      <w:pPr>
        <w:bidi/>
        <w:jc w:val="right"/>
      </w:pPr>
      <w:r>
        <w:rPr>
          <w:b w:val="0"/>
          <w:rtl/>
        </w:rPr>
        <w:t>_______________________________________</w:t>
      </w:r>
    </w:p>
    <w:p>
      <w:pPr>
        <w:bidi/>
        <w:jc w:val="right"/>
      </w:pPr>
      <w:r>
        <w:rPr>
          <w:b w:val="0"/>
          <w:sz w:val="18"/>
          <w:rtl/>
          <w:szCs w:val="18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